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F932D" w14:textId="2AB4F715" w:rsidR="0026240F" w:rsidRDefault="0026240F" w:rsidP="0026240F">
      <w:pPr>
        <w:ind w:firstLine="426"/>
        <w:jc w:val="center"/>
        <w:rPr>
          <w:b/>
          <w:lang w:val="vi-VN"/>
        </w:rPr>
      </w:pPr>
      <w:r>
        <w:rPr>
          <w:b/>
          <w:lang w:val="vi-VN"/>
        </w:rPr>
        <w:t>CỘNG HOÀ XÃ HỘI CHỦ NGHĨA VIỆT NAM</w:t>
      </w:r>
    </w:p>
    <w:p w14:paraId="38DDBA6D" w14:textId="2E7564AC" w:rsidR="0026240F" w:rsidRDefault="0026240F" w:rsidP="0026240F">
      <w:pPr>
        <w:ind w:firstLine="426"/>
        <w:jc w:val="center"/>
        <w:rPr>
          <w:b/>
          <w:lang w:val="vi-VN"/>
        </w:rPr>
      </w:pPr>
      <w:r>
        <w:rPr>
          <w:b/>
          <w:noProof/>
          <w:lang w:val="vi-VN"/>
        </w:rPr>
        <mc:AlternateContent>
          <mc:Choice Requires="wps">
            <w:drawing>
              <wp:anchor distT="0" distB="0" distL="114300" distR="114300" simplePos="0" relativeHeight="251659264" behindDoc="0" locked="0" layoutInCell="1" allowOverlap="1" wp14:anchorId="68A3D839" wp14:editId="120945BB">
                <wp:simplePos x="0" y="0"/>
                <wp:positionH relativeFrom="column">
                  <wp:posOffset>1926590</wp:posOffset>
                </wp:positionH>
                <wp:positionV relativeFrom="paragraph">
                  <wp:posOffset>228600</wp:posOffset>
                </wp:positionV>
                <wp:extent cx="1950181" cy="0"/>
                <wp:effectExtent l="0" t="0" r="5715" b="12700"/>
                <wp:wrapNone/>
                <wp:docPr id="96985775" name="Straight Connector 1"/>
                <wp:cNvGraphicFramePr/>
                <a:graphic xmlns:a="http://schemas.openxmlformats.org/drawingml/2006/main">
                  <a:graphicData uri="http://schemas.microsoft.com/office/word/2010/wordprocessingShape">
                    <wps:wsp>
                      <wps:cNvCnPr/>
                      <wps:spPr>
                        <a:xfrm>
                          <a:off x="0" y="0"/>
                          <a:ext cx="19501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2503C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1.7pt,18pt" to="305.25pt,1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" strokecolor="black [3040]"/>
            </w:pict>
          </mc:Fallback>
        </mc:AlternateContent>
      </w:r>
      <w:r>
        <w:rPr>
          <w:b/>
          <w:lang w:val="vi-VN"/>
        </w:rPr>
        <w:t>Độc lập – Tự do – Hạnh phúc</w:t>
      </w:r>
    </w:p>
    <w:p w14:paraId="34207DD0" w14:textId="77777777" w:rsidR="0026240F" w:rsidRPr="0026240F" w:rsidRDefault="0026240F">
      <w:pPr>
        <w:jc w:val="center"/>
        <w:rPr>
          <w:b/>
          <w:sz w:val="14"/>
          <w:szCs w:val="10"/>
          <w:lang w:val="vi-VN"/>
        </w:rPr>
      </w:pPr>
    </w:p>
    <w:p w14:paraId="04FB2C2E" w14:textId="478625F7" w:rsidR="007A5C16" w:rsidRPr="0026240F" w:rsidRDefault="00000000" w:rsidP="0026240F">
      <w:pPr>
        <w:ind w:right="-858"/>
        <w:jc w:val="center"/>
        <w:rPr>
          <w:b/>
          <w:sz w:val="28"/>
          <w:szCs w:val="24"/>
          <w:lang w:val="vi-VN"/>
        </w:rPr>
      </w:pPr>
      <w:r w:rsidRPr="0026240F">
        <w:rPr>
          <w:b/>
          <w:sz w:val="28"/>
          <w:szCs w:val="24"/>
        </w:rPr>
        <w:t xml:space="preserve">ĐƠN </w:t>
      </w:r>
      <w:r w:rsidR="0026240F" w:rsidRPr="0026240F">
        <w:rPr>
          <w:b/>
          <w:sz w:val="28"/>
          <w:szCs w:val="24"/>
        </w:rPr>
        <w:t>ĐỀ</w:t>
      </w:r>
      <w:r w:rsidR="0026240F" w:rsidRPr="0026240F">
        <w:rPr>
          <w:b/>
          <w:sz w:val="28"/>
          <w:szCs w:val="24"/>
          <w:lang w:val="vi-VN"/>
        </w:rPr>
        <w:t xml:space="preserve"> NGHỊ </w:t>
      </w:r>
      <w:r w:rsidRPr="0026240F">
        <w:rPr>
          <w:b/>
          <w:sz w:val="28"/>
          <w:szCs w:val="24"/>
        </w:rPr>
        <w:t xml:space="preserve">SỬ DỤNG </w:t>
      </w:r>
      <w:r w:rsidR="0026240F" w:rsidRPr="0026240F">
        <w:rPr>
          <w:b/>
          <w:sz w:val="28"/>
          <w:szCs w:val="24"/>
        </w:rPr>
        <w:t>THIẾT</w:t>
      </w:r>
      <w:r w:rsidR="0026240F" w:rsidRPr="0026240F">
        <w:rPr>
          <w:b/>
          <w:sz w:val="28"/>
          <w:szCs w:val="24"/>
          <w:lang w:val="vi-VN"/>
        </w:rPr>
        <w:t xml:space="preserve"> BỊ ĐIỆN TỬ</w:t>
      </w:r>
    </w:p>
    <w:p w14:paraId="39862B4F" w14:textId="57BDF548" w:rsidR="0026240F" w:rsidRPr="0026240F" w:rsidRDefault="0026240F" w:rsidP="0026240F">
      <w:pPr>
        <w:ind w:right="-858"/>
        <w:jc w:val="center"/>
        <w:rPr>
          <w:bCs/>
          <w:i/>
          <w:iCs/>
          <w:lang w:val="vi-VN"/>
        </w:rPr>
      </w:pPr>
      <w:r w:rsidRPr="0026240F">
        <w:rPr>
          <w:bCs/>
          <w:i/>
          <w:iCs/>
          <w:lang w:val="vi-VN"/>
        </w:rPr>
        <w:t>(v/v đề nghị được sử dụng điện thoại, máy tính xách tay tại phiên toà…)</w:t>
      </w:r>
    </w:p>
    <w:p w14:paraId="32DA9D8E" w14:textId="77777777" w:rsidR="007A5C16" w:rsidRDefault="00000000" w:rsidP="0026240F">
      <w:pPr>
        <w:spacing w:before="120" w:after="120" w:line="288" w:lineRule="auto"/>
        <w:ind w:left="709" w:right="-574" w:firstLine="1135"/>
        <w:rPr>
          <w:lang w:val="vi-VN"/>
        </w:rPr>
      </w:pPr>
      <w:r>
        <w:br/>
        <w:t xml:space="preserve">Kính gửi: Hội đồng xét xử Tòa án nhân </w:t>
      </w:r>
      <w:r w:rsidRPr="0026240F">
        <w:rPr>
          <w:color w:val="EE0000"/>
        </w:rPr>
        <w:t>dân ....................................</w:t>
      </w:r>
    </w:p>
    <w:p w14:paraId="26BEDBF3" w14:textId="77777777" w:rsidR="0026240F" w:rsidRPr="0026240F" w:rsidRDefault="0026240F" w:rsidP="0026240F">
      <w:pPr>
        <w:spacing w:before="120" w:after="120" w:line="288" w:lineRule="auto"/>
        <w:ind w:left="709" w:right="-574" w:firstLine="1135"/>
        <w:rPr>
          <w:sz w:val="8"/>
          <w:szCs w:val="4"/>
          <w:lang w:val="vi-VN"/>
        </w:rPr>
      </w:pPr>
    </w:p>
    <w:p w14:paraId="07DB2DF2" w14:textId="090D0EDD" w:rsidR="007A5C16" w:rsidRPr="0026240F" w:rsidRDefault="00000000" w:rsidP="0026240F">
      <w:pPr>
        <w:tabs>
          <w:tab w:val="center" w:leader="dot" w:pos="8505"/>
        </w:tabs>
        <w:spacing w:before="120" w:after="120" w:line="288" w:lineRule="auto"/>
        <w:ind w:left="-284" w:right="-574" w:firstLine="567"/>
        <w:rPr>
          <w:lang w:val="vi-VN"/>
        </w:rPr>
      </w:pPr>
      <w:r>
        <w:t>Tôi là: ..........................................................</w:t>
      </w:r>
      <w:r w:rsidR="0026240F">
        <w:rPr>
          <w:lang w:val="vi-VN"/>
        </w:rPr>
        <w:tab/>
      </w:r>
      <w:r w:rsidR="0026240F">
        <w:rPr>
          <w:lang w:val="vi-VN"/>
        </w:rPr>
        <w:tab/>
      </w:r>
    </w:p>
    <w:p w14:paraId="7E7E552F" w14:textId="54FFE8F5" w:rsidR="007A5C16" w:rsidRPr="0026240F" w:rsidRDefault="00000000" w:rsidP="0026240F">
      <w:pPr>
        <w:tabs>
          <w:tab w:val="center" w:leader="dot" w:pos="8505"/>
        </w:tabs>
        <w:spacing w:before="120" w:after="120" w:line="288" w:lineRule="auto"/>
        <w:ind w:left="-284" w:right="-574" w:firstLine="567"/>
        <w:rPr>
          <w:lang w:val="vi-VN"/>
        </w:rPr>
      </w:pPr>
      <w:r>
        <w:t>Sinh ngày: ......................................................</w:t>
      </w:r>
      <w:r w:rsidR="0026240F">
        <w:rPr>
          <w:lang w:val="vi-VN"/>
        </w:rPr>
        <w:tab/>
      </w:r>
    </w:p>
    <w:p w14:paraId="4F96D5B9" w14:textId="7898F370" w:rsidR="007A5C16" w:rsidRPr="0026240F" w:rsidRDefault="00000000" w:rsidP="0026240F">
      <w:pPr>
        <w:tabs>
          <w:tab w:val="center" w:leader="dot" w:pos="8364"/>
        </w:tabs>
        <w:spacing w:before="120" w:after="120" w:line="288" w:lineRule="auto"/>
        <w:ind w:left="-284" w:right="-574" w:firstLine="567"/>
        <w:rPr>
          <w:lang w:val="vi-VN"/>
        </w:rPr>
      </w:pPr>
      <w:r>
        <w:t>Số CCCD/Hộ chiếu: ........................................</w:t>
      </w:r>
      <w:r w:rsidR="0026240F">
        <w:rPr>
          <w:lang w:val="vi-VN"/>
        </w:rPr>
        <w:tab/>
      </w:r>
    </w:p>
    <w:p w14:paraId="6891F864" w14:textId="1EC01A3B" w:rsidR="007A5C16" w:rsidRPr="0026240F" w:rsidRDefault="00000000" w:rsidP="0026240F">
      <w:pPr>
        <w:tabs>
          <w:tab w:val="center" w:leader="dot" w:pos="8505"/>
        </w:tabs>
        <w:spacing w:before="120" w:after="120" w:line="288" w:lineRule="auto"/>
        <w:ind w:left="-284" w:right="-574" w:firstLine="567"/>
        <w:rPr>
          <w:lang w:val="vi-VN"/>
        </w:rPr>
      </w:pPr>
      <w:r>
        <w:t>Địa chỉ: .........................................................</w:t>
      </w:r>
      <w:r w:rsidR="0026240F">
        <w:rPr>
          <w:lang w:val="vi-VN"/>
        </w:rPr>
        <w:tab/>
      </w:r>
    </w:p>
    <w:p w14:paraId="42F2FA88" w14:textId="4ABB1DBA" w:rsidR="007A5C16" w:rsidRPr="0026240F" w:rsidRDefault="00000000" w:rsidP="0026240F">
      <w:pPr>
        <w:tabs>
          <w:tab w:val="center" w:leader="dot" w:pos="8505"/>
        </w:tabs>
        <w:spacing w:before="120" w:after="120" w:line="288" w:lineRule="auto"/>
        <w:ind w:left="-284" w:right="-574" w:firstLine="567"/>
        <w:rPr>
          <w:lang w:val="vi-VN"/>
        </w:rPr>
      </w:pPr>
      <w:r>
        <w:t>Điện thoại: .....................................................</w:t>
      </w:r>
      <w:r w:rsidR="0026240F">
        <w:rPr>
          <w:lang w:val="vi-VN"/>
        </w:rPr>
        <w:tab/>
      </w:r>
    </w:p>
    <w:p w14:paraId="7E8203F3" w14:textId="0512F971" w:rsidR="007A5C16" w:rsidRDefault="0026240F" w:rsidP="0026240F">
      <w:pPr>
        <w:tabs>
          <w:tab w:val="center" w:leader="dot" w:pos="8505"/>
        </w:tabs>
        <w:spacing w:before="120" w:after="120" w:line="288" w:lineRule="auto"/>
        <w:ind w:left="-284" w:right="-574" w:firstLine="567"/>
      </w:pPr>
      <w:r>
        <w:t>Tôi</w:t>
      </w:r>
      <w:r>
        <w:rPr>
          <w:lang w:val="vi-VN"/>
        </w:rPr>
        <w:t xml:space="preserve"> là </w:t>
      </w:r>
      <w:r w:rsidR="00000000" w:rsidRPr="0026240F">
        <w:rPr>
          <w:i/>
          <w:iCs/>
          <w:color w:val="EE0000"/>
        </w:rPr>
        <w:t>Luật sư bảo vệ quyền và lợi ích hợp pháp</w:t>
      </w:r>
      <w:r w:rsidRPr="0026240F">
        <w:rPr>
          <w:i/>
          <w:iCs/>
          <w:color w:val="EE0000"/>
          <w:lang w:val="vi-VN"/>
        </w:rPr>
        <w:t>/Luật sư bào chữa</w:t>
      </w:r>
      <w:r w:rsidR="00000000" w:rsidRPr="0026240F">
        <w:rPr>
          <w:color w:val="EE0000"/>
        </w:rPr>
        <w:t xml:space="preserve"> </w:t>
      </w:r>
      <w:r w:rsidR="00000000">
        <w:t>của</w:t>
      </w:r>
      <w:r>
        <w:rPr>
          <w:lang w:val="vi-VN"/>
        </w:rPr>
        <w:t>………………...</w:t>
      </w:r>
      <w:r>
        <w:rPr>
          <w:lang w:val="vi-VN"/>
        </w:rPr>
        <w:tab/>
      </w:r>
      <w:r w:rsidR="00000000">
        <w:t>....................................</w:t>
      </w:r>
    </w:p>
    <w:p w14:paraId="609E2BE5" w14:textId="61558E16" w:rsidR="007A5C16" w:rsidRDefault="0026240F" w:rsidP="0026240F">
      <w:pPr>
        <w:spacing w:before="120" w:after="120" w:line="288" w:lineRule="auto"/>
        <w:ind w:left="-284" w:right="-574" w:firstLine="567"/>
      </w:pPr>
      <w:r>
        <w:t>Trong</w:t>
      </w:r>
      <w:r>
        <w:rPr>
          <w:lang w:val="vi-VN"/>
        </w:rPr>
        <w:t xml:space="preserve"> </w:t>
      </w:r>
      <w:r>
        <w:t>v</w:t>
      </w:r>
      <w:r w:rsidR="00000000">
        <w:t>ụ án..............................................................................</w:t>
      </w:r>
      <w:r>
        <w:t>đ</w:t>
      </w:r>
      <w:r w:rsidR="00000000">
        <w:t xml:space="preserve">ược Tòa án đưa ra xét xử vào ngày: </w:t>
      </w:r>
      <w:proofErr w:type="gramStart"/>
      <w:r w:rsidR="00000000">
        <w:t>.....</w:t>
      </w:r>
      <w:proofErr w:type="gramEnd"/>
      <w:r w:rsidR="00000000">
        <w:t>/</w:t>
      </w:r>
      <w:proofErr w:type="gramStart"/>
      <w:r w:rsidR="00000000">
        <w:t>.....</w:t>
      </w:r>
      <w:proofErr w:type="gramEnd"/>
      <w:r w:rsidR="00000000">
        <w:t>/.........</w:t>
      </w:r>
    </w:p>
    <w:p w14:paraId="18C58FE0" w14:textId="77777777" w:rsidR="0026240F" w:rsidRDefault="00000000" w:rsidP="0026240F">
      <w:pPr>
        <w:spacing w:before="120" w:after="120" w:line="288" w:lineRule="auto"/>
        <w:ind w:left="-284" w:right="-574" w:firstLine="567"/>
        <w:rPr>
          <w:lang w:val="vi-VN"/>
        </w:rPr>
      </w:pPr>
      <w:r>
        <w:t>Để phục vụ việc tham gia phiên tòa được hiệu quả, bảo đảm việc tra cứu tài liệu, văn bản pháp luật, hồ sơ vụ án đã được số hóa và ghi chép nội dung diễn biến phiên tòa đầy đủ, chính xác, tôi kính đề nghị Hội đồng xét xử xem xét cho phép tôi được sử dụng:</w:t>
      </w:r>
    </w:p>
    <w:p w14:paraId="52A36CE8" w14:textId="77777777" w:rsidR="0026240F" w:rsidRDefault="00000000" w:rsidP="0026240F">
      <w:pPr>
        <w:spacing w:before="120" w:after="120" w:line="288" w:lineRule="auto"/>
        <w:ind w:left="-284" w:right="-574" w:firstLine="567"/>
        <w:rPr>
          <w:lang w:val="vi-VN"/>
        </w:rPr>
      </w:pPr>
      <w:r>
        <w:t>- 01 điện thoại di động;</w:t>
      </w:r>
    </w:p>
    <w:p w14:paraId="2F06DCB0" w14:textId="572C1EB8" w:rsidR="007A5C16" w:rsidRDefault="00000000" w:rsidP="0026240F">
      <w:pPr>
        <w:spacing w:before="120" w:after="120" w:line="288" w:lineRule="auto"/>
        <w:ind w:left="-284" w:right="-574" w:firstLine="567"/>
      </w:pPr>
      <w:r>
        <w:t>- 01 máy tính xách tay (Laptop).</w:t>
      </w:r>
    </w:p>
    <w:p w14:paraId="354D2660" w14:textId="794DB0CA" w:rsidR="007A5C16" w:rsidRPr="0026240F" w:rsidRDefault="00000000" w:rsidP="0026240F">
      <w:pPr>
        <w:spacing w:before="120" w:after="120" w:line="288" w:lineRule="auto"/>
        <w:ind w:left="-284" w:right="-432" w:firstLine="568"/>
        <w:rPr>
          <w:lang w:val="vi-VN"/>
        </w:rPr>
      </w:pPr>
      <w:r>
        <w:t>Tôi cam kết</w:t>
      </w:r>
      <w:r w:rsidR="0026240F">
        <w:rPr>
          <w:lang w:val="vi-VN"/>
        </w:rPr>
        <w:t xml:space="preserve"> </w:t>
      </w:r>
      <w:r w:rsidR="0026240F">
        <w:t>c</w:t>
      </w:r>
      <w:r>
        <w:t>hỉ sử dụng các thiết bị trên nhằm phục vụ hoạt động tố tụng tại phiên tòa.</w:t>
      </w:r>
      <w:r w:rsidR="0026240F">
        <w:rPr>
          <w:lang w:val="vi-VN"/>
        </w:rPr>
        <w:t xml:space="preserve"> Tôi </w:t>
      </w:r>
      <w:r w:rsidR="0026240F">
        <w:t>k</w:t>
      </w:r>
      <w:r>
        <w:t>hông ghi âm, ghi hình, phát trực tiếp hoặc truyền phát dữ liệu khi chưa được Hội đồng xét xử cho phép</w:t>
      </w:r>
      <w:r w:rsidR="0026240F">
        <w:rPr>
          <w:lang w:val="vi-VN"/>
        </w:rPr>
        <w:t xml:space="preserve">. </w:t>
      </w:r>
      <w:r w:rsidR="0026240F">
        <w:t>Tôi</w:t>
      </w:r>
      <w:r w:rsidR="0026240F">
        <w:rPr>
          <w:lang w:val="vi-VN"/>
        </w:rPr>
        <w:t xml:space="preserve"> sẽ </w:t>
      </w:r>
      <w:r w:rsidR="0026240F">
        <w:t>t</w:t>
      </w:r>
      <w:r>
        <w:t>uân thủ tuyệt đối sự điều hành của Chủ tọa phiên tòa, nội quy phiên tòa và quy định của pháp luật.</w:t>
      </w:r>
    </w:p>
    <w:p w14:paraId="6BC613EE" w14:textId="3198D580" w:rsidR="007A5C16" w:rsidRDefault="00000000" w:rsidP="0026240F">
      <w:pPr>
        <w:spacing w:before="120" w:after="120" w:line="288" w:lineRule="auto"/>
        <w:ind w:left="283" w:right="-574"/>
      </w:pPr>
      <w:r>
        <w:t>Kính đề nghị Hội đồng xét xử xem xét, chấp thuận.</w:t>
      </w:r>
      <w:r>
        <w:br/>
      </w:r>
      <w:r w:rsidR="0026240F">
        <w:t>T</w:t>
      </w:r>
      <w:r>
        <w:t>rân trọng cảm ơn!</w:t>
      </w:r>
    </w:p>
    <w:p w14:paraId="1EF44F94" w14:textId="77777777" w:rsidR="0026240F" w:rsidRDefault="00000000" w:rsidP="0026240F">
      <w:pPr>
        <w:ind w:right="702"/>
        <w:jc w:val="right"/>
        <w:rPr>
          <w:lang w:val="vi-VN"/>
        </w:rPr>
      </w:pPr>
      <w:r>
        <w:t>..., ngày ..... tháng ..... năm ......</w:t>
      </w:r>
    </w:p>
    <w:p w14:paraId="28F7703F" w14:textId="7AD6D69D" w:rsidR="007A5C16" w:rsidRPr="0026240F" w:rsidRDefault="00000000" w:rsidP="0026240F">
      <w:pPr>
        <w:ind w:right="1269"/>
        <w:jc w:val="right"/>
        <w:rPr>
          <w:b/>
          <w:bCs/>
        </w:rPr>
      </w:pPr>
      <w:r w:rsidRPr="0026240F">
        <w:rPr>
          <w:b/>
          <w:bCs/>
        </w:rPr>
        <w:t>NGƯỜI LÀM ĐƠN</w:t>
      </w:r>
      <w:r w:rsidRPr="0026240F">
        <w:rPr>
          <w:b/>
          <w:bCs/>
        </w:rPr>
        <w:br/>
      </w:r>
    </w:p>
    <w:sectPr w:rsidR="007A5C16" w:rsidRPr="0026240F" w:rsidSect="0026240F">
      <w:pgSz w:w="12240" w:h="15840"/>
      <w:pgMar w:top="7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1012FFF" w:usb1="C101795B" w:usb2="01010109" w:usb3="01010101" w:csb0="010101FF" w:csb1="01010101"/>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1012BFF" w:usb1="C101257B" w:usb2="01010109" w:usb3="01010101" w:csb0="010101FF" w:csb1="01010101"/>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19239095">
    <w:abstractNumId w:val="8"/>
  </w:num>
  <w:num w:numId="2" w16cid:durableId="85931289">
    <w:abstractNumId w:val="6"/>
  </w:num>
  <w:num w:numId="3" w16cid:durableId="187837683">
    <w:abstractNumId w:val="5"/>
  </w:num>
  <w:num w:numId="4" w16cid:durableId="277373847">
    <w:abstractNumId w:val="4"/>
  </w:num>
  <w:num w:numId="5" w16cid:durableId="1548057142">
    <w:abstractNumId w:val="7"/>
  </w:num>
  <w:num w:numId="6" w16cid:durableId="289898446">
    <w:abstractNumId w:val="3"/>
  </w:num>
  <w:num w:numId="7" w16cid:durableId="1379478562">
    <w:abstractNumId w:val="2"/>
  </w:num>
  <w:num w:numId="8" w16cid:durableId="900795440">
    <w:abstractNumId w:val="1"/>
  </w:num>
  <w:num w:numId="9" w16cid:durableId="1531603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6240F"/>
    <w:rsid w:val="0029639D"/>
    <w:rsid w:val="00326F90"/>
    <w:rsid w:val="007A5C16"/>
    <w:rsid w:val="00AA1D8D"/>
    <w:rsid w:val="00B47730"/>
    <w:rsid w:val="00B645B2"/>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62BA1F"/>
  <w14:defaultImageDpi w14:val="300"/>
  <w15:docId w15:val="{B9DB04D5-1999-3F46-90CE-8404F1B9F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236</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Nguyễn Phương Law</cp:lastModifiedBy>
  <cp:revision>2</cp:revision>
  <dcterms:created xsi:type="dcterms:W3CDTF">2026-07-26T16:22:00Z</dcterms:created>
  <dcterms:modified xsi:type="dcterms:W3CDTF">2026-07-26T16:22:00Z</dcterms:modified>
  <cp:category/>
</cp:coreProperties>
</file>